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112BDF" w14:textId="1D119079" w:rsidR="007963C8" w:rsidRDefault="00786109" w:rsidP="00786109">
      <w:pPr>
        <w:pStyle w:val="Pealkiri1"/>
      </w:pPr>
      <w:r w:rsidRPr="00786109">
        <w:rPr>
          <w:rFonts w:asciiTheme="minorHAnsi" w:hAnsiTheme="minorHAnsi" w:cstheme="minorBidi"/>
          <w:sz w:val="22"/>
          <w:szCs w:val="22"/>
        </w:rPr>
        <w:drawing>
          <wp:anchor distT="0" distB="0" distL="114300" distR="114300" simplePos="0" relativeHeight="251663872" behindDoc="1" locked="0" layoutInCell="1" allowOverlap="1" wp14:anchorId="62646DF4" wp14:editId="048A169A">
            <wp:simplePos x="0" y="0"/>
            <wp:positionH relativeFrom="column">
              <wp:posOffset>5204460</wp:posOffset>
            </wp:positionH>
            <wp:positionV relativeFrom="paragraph">
              <wp:posOffset>-349250</wp:posOffset>
            </wp:positionV>
            <wp:extent cx="1144942" cy="1092200"/>
            <wp:effectExtent l="0" t="0" r="0" b="0"/>
            <wp:wrapNone/>
            <wp:docPr id="2060133080" name="Pilt 2" descr="Pilt, millel on kujutatud tekst, Font, Graafika, graafiline disain&#10;&#10;Tehisintellekti genereeritud sisu ei pruugi olla õi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133080" name="Pilt 2" descr="Pilt, millel on kujutatud tekst, Font, Graafika, graafiline disain&#10;&#10;Tehisintellekti genereeritud sisu ei pruugi olla õi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4942" cy="1092200"/>
                    </a:xfrm>
                    <a:prstGeom prst="rect">
                      <a:avLst/>
                    </a:prstGeom>
                    <a:noFill/>
                    <a:ln>
                      <a:noFill/>
                    </a:ln>
                  </pic:spPr>
                </pic:pic>
              </a:graphicData>
            </a:graphic>
            <wp14:sizeRelH relativeFrom="page">
              <wp14:pctWidth>0</wp14:pctWidth>
            </wp14:sizeRelH>
            <wp14:sizeRelV relativeFrom="page">
              <wp14:pctHeight>0</wp14:pctHeight>
            </wp14:sizeRelV>
          </wp:anchor>
        </w:drawing>
      </w:r>
      <w:r w:rsidR="00000000">
        <w:t xml:space="preserve">OLULINE TEAVE SEADME TRANSPORTIMISE, HOOLDUSE JA REMONDI </w:t>
      </w:r>
      <w:r>
        <w:t>KO</w:t>
      </w:r>
      <w:r w:rsidR="00000000">
        <w:t>HTA</w:t>
      </w:r>
    </w:p>
    <w:p w14:paraId="54CCDD08" w14:textId="39398E68" w:rsidR="007963C8" w:rsidRDefault="00000000">
      <w:proofErr w:type="spellStart"/>
      <w:r>
        <w:t>Palume</w:t>
      </w:r>
      <w:proofErr w:type="spellEnd"/>
      <w:r>
        <w:t xml:space="preserve"> </w:t>
      </w:r>
      <w:proofErr w:type="spellStart"/>
      <w:r>
        <w:t>käesolev</w:t>
      </w:r>
      <w:proofErr w:type="spellEnd"/>
      <w:r>
        <w:t xml:space="preserve"> </w:t>
      </w:r>
      <w:proofErr w:type="spellStart"/>
      <w:r>
        <w:t>infoleht</w:t>
      </w:r>
      <w:proofErr w:type="spellEnd"/>
      <w:r>
        <w:t xml:space="preserve"> </w:t>
      </w:r>
      <w:proofErr w:type="spellStart"/>
      <w:r>
        <w:t>alles</w:t>
      </w:r>
      <w:proofErr w:type="spellEnd"/>
      <w:r>
        <w:t xml:space="preserve"> hoida.</w:t>
      </w:r>
    </w:p>
    <w:p w14:paraId="52486B19" w14:textId="77777777" w:rsidR="007963C8" w:rsidRDefault="00000000">
      <w:pPr>
        <w:pStyle w:val="Pealkiri2"/>
      </w:pPr>
      <w:r>
        <w:t>1. Originaalpakendi säilitamine</w:t>
      </w:r>
    </w:p>
    <w:p w14:paraId="3F418D33" w14:textId="5E9FECE7" w:rsidR="007963C8" w:rsidRDefault="00000000">
      <w:proofErr w:type="spellStart"/>
      <w:r>
        <w:t>Seadme</w:t>
      </w:r>
      <w:proofErr w:type="spellEnd"/>
      <w:r>
        <w:t xml:space="preserve"> </w:t>
      </w:r>
      <w:proofErr w:type="spellStart"/>
      <w:r>
        <w:t>originaalpakend</w:t>
      </w:r>
      <w:proofErr w:type="spellEnd"/>
      <w:r>
        <w:t xml:space="preserve"> </w:t>
      </w:r>
      <w:proofErr w:type="spellStart"/>
      <w:r>
        <w:t>tuleb</w:t>
      </w:r>
      <w:proofErr w:type="spellEnd"/>
      <w:r>
        <w:t xml:space="preserve"> </w:t>
      </w:r>
      <w:proofErr w:type="spellStart"/>
      <w:r>
        <w:t>säilitada</w:t>
      </w:r>
      <w:proofErr w:type="spellEnd"/>
      <w:r>
        <w:t xml:space="preserve"> kogu seadme kasutusaja vältel. Originaalpakend on spetsiaalselt välja töötatud, et tagada seadme ohutu ja korrektne transport hoolduse või remondi korral. Muus pakendis saadetud seadmed võivad saada transpordikahjustusi, mille eest tootja ega hoolduspartner vastutust ei kanna.</w:t>
      </w:r>
    </w:p>
    <w:p w14:paraId="50D2C5AD" w14:textId="1A1B1C18" w:rsidR="007963C8" w:rsidRDefault="00000000">
      <w:pPr>
        <w:pStyle w:val="Pealkiri2"/>
      </w:pPr>
      <w:r>
        <w:t>2. Seadme seisukord saatmisel</w:t>
      </w:r>
    </w:p>
    <w:p w14:paraId="40F66A1F" w14:textId="321EC3F2" w:rsidR="007963C8" w:rsidRDefault="00000000">
      <w:r>
        <w:t xml:space="preserve">Enne </w:t>
      </w:r>
      <w:proofErr w:type="spellStart"/>
      <w:r>
        <w:t>seadme</w:t>
      </w:r>
      <w:proofErr w:type="spellEnd"/>
      <w:r>
        <w:t xml:space="preserve"> </w:t>
      </w:r>
      <w:proofErr w:type="spellStart"/>
      <w:r>
        <w:t>hooldusesse</w:t>
      </w:r>
      <w:proofErr w:type="spellEnd"/>
      <w:r>
        <w:t xml:space="preserve"> </w:t>
      </w:r>
      <w:proofErr w:type="spellStart"/>
      <w:r>
        <w:t>või</w:t>
      </w:r>
      <w:proofErr w:type="spellEnd"/>
      <w:r>
        <w:t xml:space="preserve"> remonti saatmist peab seade olema:</w:t>
      </w:r>
    </w:p>
    <w:p w14:paraId="4851ECCC" w14:textId="08267DEE" w:rsidR="007963C8" w:rsidRDefault="00000000">
      <w:pPr>
        <w:pStyle w:val="Loenditpp"/>
      </w:pPr>
      <w:proofErr w:type="spellStart"/>
      <w:r>
        <w:t>täielikult</w:t>
      </w:r>
      <w:proofErr w:type="spellEnd"/>
      <w:r>
        <w:t xml:space="preserve"> </w:t>
      </w:r>
      <w:proofErr w:type="spellStart"/>
      <w:r>
        <w:t>puhastatud</w:t>
      </w:r>
      <w:proofErr w:type="spellEnd"/>
      <w:r>
        <w:t>;</w:t>
      </w:r>
    </w:p>
    <w:p w14:paraId="09F6172B" w14:textId="4FBE82D1" w:rsidR="007963C8" w:rsidRDefault="00000000">
      <w:pPr>
        <w:pStyle w:val="Loenditpp"/>
      </w:pPr>
      <w:proofErr w:type="spellStart"/>
      <w:r>
        <w:t>vaba</w:t>
      </w:r>
      <w:proofErr w:type="spellEnd"/>
      <w:r>
        <w:t xml:space="preserve"> </w:t>
      </w:r>
      <w:proofErr w:type="spellStart"/>
      <w:r>
        <w:t>mustusest</w:t>
      </w:r>
      <w:proofErr w:type="spellEnd"/>
      <w:r>
        <w:t xml:space="preserve">, </w:t>
      </w:r>
      <w:proofErr w:type="spellStart"/>
      <w:r>
        <w:t>jääkidest</w:t>
      </w:r>
      <w:proofErr w:type="spellEnd"/>
      <w:r>
        <w:t xml:space="preserve"> ja saasteainetest.</w:t>
      </w:r>
    </w:p>
    <w:p w14:paraId="40E383EB" w14:textId="19019348" w:rsidR="007963C8" w:rsidRPr="006E0946" w:rsidRDefault="00000000">
      <w:pPr>
        <w:rPr>
          <w:lang w:val="es-ES"/>
        </w:rPr>
      </w:pPr>
      <w:r w:rsidRPr="006E0946">
        <w:rPr>
          <w:lang w:val="es-ES"/>
        </w:rPr>
        <w:t>Puhastamata seadmete puhul võib lisanduda puhastamise tasu vastavalt kehtivale hinnakirjale.</w:t>
      </w:r>
    </w:p>
    <w:p w14:paraId="7348AA28" w14:textId="10FDEE02" w:rsidR="007963C8" w:rsidRPr="006E0946" w:rsidRDefault="00000000">
      <w:pPr>
        <w:pStyle w:val="Pealkiri2"/>
        <w:rPr>
          <w:lang w:val="es-ES"/>
        </w:rPr>
      </w:pPr>
      <w:r w:rsidRPr="006E0946">
        <w:rPr>
          <w:lang w:val="es-ES"/>
        </w:rPr>
        <w:t>3. Avaldus hoolduseks või remondiks</w:t>
      </w:r>
    </w:p>
    <w:p w14:paraId="45B4ADED" w14:textId="41CB45D9" w:rsidR="007963C8" w:rsidRPr="006E0946" w:rsidRDefault="00000000">
      <w:pPr>
        <w:rPr>
          <w:lang w:val="es-ES"/>
        </w:rPr>
      </w:pPr>
      <w:r w:rsidRPr="006E0946">
        <w:rPr>
          <w:lang w:val="es-ES"/>
        </w:rPr>
        <w:t>Iga hooldusesse või remonti saadetava või toodava seadmega peab olema kaasas korrektselt ja täielikult täidetud avaldus.</w:t>
      </w:r>
    </w:p>
    <w:p w14:paraId="3F813E6E" w14:textId="12646DD1" w:rsidR="007963C8" w:rsidRDefault="00000000">
      <w:proofErr w:type="spellStart"/>
      <w:r>
        <w:t>Avalduse</w:t>
      </w:r>
      <w:proofErr w:type="spellEnd"/>
      <w:r>
        <w:t xml:space="preserve"> </w:t>
      </w:r>
      <w:proofErr w:type="spellStart"/>
      <w:r>
        <w:t>vorm</w:t>
      </w:r>
      <w:proofErr w:type="spellEnd"/>
      <w:r>
        <w:t xml:space="preserve"> on </w:t>
      </w:r>
      <w:proofErr w:type="spellStart"/>
      <w:r>
        <w:t>kättesaadav</w:t>
      </w:r>
      <w:proofErr w:type="spellEnd"/>
      <w:r>
        <w:t xml:space="preserve"> </w:t>
      </w:r>
      <w:proofErr w:type="spellStart"/>
      <w:r>
        <w:t>järgmisel</w:t>
      </w:r>
      <w:proofErr w:type="spellEnd"/>
      <w:r>
        <w:t xml:space="preserve"> </w:t>
      </w:r>
      <w:proofErr w:type="spellStart"/>
      <w:r>
        <w:t>lingil</w:t>
      </w:r>
      <w:proofErr w:type="spellEnd"/>
      <w:r>
        <w:t>:</w:t>
      </w:r>
    </w:p>
    <w:p w14:paraId="5C44D9ED" w14:textId="673A7F7D" w:rsidR="007963C8" w:rsidRDefault="00786109">
      <w:pPr>
        <w:pStyle w:val="Selgeltmrgatavtsitaat"/>
      </w:pPr>
      <w:r>
        <w:t>www.jalakaubamaja.ee</w:t>
      </w:r>
    </w:p>
    <w:p w14:paraId="58693C60" w14:textId="7E740B7B" w:rsidR="007963C8" w:rsidRDefault="00000000">
      <w:r>
        <w:t xml:space="preserve">Juhime tähelepanu, et kui seade </w:t>
      </w:r>
      <w:proofErr w:type="spellStart"/>
      <w:r>
        <w:t>tuuakse</w:t>
      </w:r>
      <w:proofErr w:type="spellEnd"/>
      <w:r>
        <w:t xml:space="preserve"> </w:t>
      </w:r>
      <w:proofErr w:type="spellStart"/>
      <w:r>
        <w:t>või</w:t>
      </w:r>
      <w:proofErr w:type="spellEnd"/>
      <w:r>
        <w:t xml:space="preserve"> </w:t>
      </w:r>
      <w:proofErr w:type="spellStart"/>
      <w:r>
        <w:t>saadetakse</w:t>
      </w:r>
      <w:proofErr w:type="spellEnd"/>
      <w:r>
        <w:t xml:space="preserve"> </w:t>
      </w:r>
      <w:proofErr w:type="spellStart"/>
      <w:r>
        <w:t>ilma</w:t>
      </w:r>
      <w:proofErr w:type="spellEnd"/>
      <w:r>
        <w:t xml:space="preserve"> </w:t>
      </w:r>
      <w:proofErr w:type="spellStart"/>
      <w:r>
        <w:t>nõuetekohase</w:t>
      </w:r>
      <w:proofErr w:type="spellEnd"/>
      <w:r>
        <w:t xml:space="preserve"> </w:t>
      </w:r>
      <w:proofErr w:type="spellStart"/>
      <w:r>
        <w:t>pakendita</w:t>
      </w:r>
      <w:proofErr w:type="spellEnd"/>
      <w:r>
        <w:t xml:space="preserve"> </w:t>
      </w:r>
      <w:proofErr w:type="spellStart"/>
      <w:r>
        <w:t>ning</w:t>
      </w:r>
      <w:proofErr w:type="spellEnd"/>
      <w:r>
        <w:t>/</w:t>
      </w:r>
      <w:proofErr w:type="spellStart"/>
      <w:r>
        <w:t>või</w:t>
      </w:r>
      <w:proofErr w:type="spellEnd"/>
      <w:r>
        <w:t xml:space="preserve"> täidetud avaldus puudub, võib lisanduda käitlustasu 40 €.</w:t>
      </w:r>
    </w:p>
    <w:p w14:paraId="583E2290" w14:textId="4913815A" w:rsidR="007963C8" w:rsidRDefault="00000000">
      <w:pPr>
        <w:pStyle w:val="Pealkiri2"/>
      </w:pPr>
      <w:r>
        <w:t>4. Seadmete hooldusnõuded</w:t>
      </w:r>
    </w:p>
    <w:p w14:paraId="62C0D988" w14:textId="42A8B333" w:rsidR="007963C8" w:rsidRDefault="00000000">
      <w:proofErr w:type="spellStart"/>
      <w:r>
        <w:t>Pediküüriaparaadi</w:t>
      </w:r>
      <w:proofErr w:type="spellEnd"/>
      <w:r>
        <w:t xml:space="preserve"> </w:t>
      </w:r>
      <w:proofErr w:type="spellStart"/>
      <w:r>
        <w:t>ohutu</w:t>
      </w:r>
      <w:proofErr w:type="spellEnd"/>
      <w:r>
        <w:t xml:space="preserve"> ja </w:t>
      </w:r>
      <w:proofErr w:type="spellStart"/>
      <w:r>
        <w:t>nõuetekohase</w:t>
      </w:r>
      <w:proofErr w:type="spellEnd"/>
      <w:r>
        <w:t xml:space="preserve"> töö tagamiseks tuleb masinat regulaarselt hooldada volitatud teeninduses:</w:t>
      </w:r>
    </w:p>
    <w:p w14:paraId="1B6633D7" w14:textId="3C91C0E1" w:rsidR="007963C8" w:rsidRDefault="00000000">
      <w:pPr>
        <w:pStyle w:val="Loenditpp"/>
      </w:pPr>
      <w:r>
        <w:t xml:space="preserve">Ruck </w:t>
      </w:r>
      <w:proofErr w:type="spellStart"/>
      <w:r>
        <w:t>Podolog</w:t>
      </w:r>
      <w:proofErr w:type="spellEnd"/>
      <w:r>
        <w:t xml:space="preserve"> NOVA 3s – iga 900 töötunni järel (seade annab hooldusvajadusest märku) või hiljemalt 24 kuu möödudes;</w:t>
      </w:r>
    </w:p>
    <w:p w14:paraId="3ADF7521" w14:textId="2D3AB145" w:rsidR="007963C8" w:rsidRDefault="00000000">
      <w:pPr>
        <w:pStyle w:val="Loenditpp"/>
      </w:pPr>
      <w:r>
        <w:t xml:space="preserve">BAEHR </w:t>
      </w:r>
      <w:proofErr w:type="spellStart"/>
      <w:r>
        <w:t>masinad</w:t>
      </w:r>
      <w:proofErr w:type="spellEnd"/>
      <w:r>
        <w:t xml:space="preserve"> – </w:t>
      </w:r>
      <w:proofErr w:type="spellStart"/>
      <w:r>
        <w:t>kui</w:t>
      </w:r>
      <w:proofErr w:type="spellEnd"/>
      <w:r>
        <w:t xml:space="preserve"> ekraanile ilmub teade „hooldus vajalik“ või kui esinevad rikked, mida kasutaja ei suuda iseseisvalt kõrvaldada.</w:t>
      </w:r>
    </w:p>
    <w:p w14:paraId="299D4B68" w14:textId="6172C211" w:rsidR="007963C8" w:rsidRDefault="00000000">
      <w:proofErr w:type="spellStart"/>
      <w:r>
        <w:t>Täname</w:t>
      </w:r>
      <w:proofErr w:type="spellEnd"/>
      <w:r>
        <w:t xml:space="preserve"> </w:t>
      </w:r>
      <w:proofErr w:type="spellStart"/>
      <w:r>
        <w:t>mõistva</w:t>
      </w:r>
      <w:proofErr w:type="spellEnd"/>
      <w:r>
        <w:t xml:space="preserve"> </w:t>
      </w:r>
      <w:proofErr w:type="spellStart"/>
      <w:r>
        <w:t>suhtumise</w:t>
      </w:r>
      <w:proofErr w:type="spellEnd"/>
      <w:r>
        <w:t xml:space="preserve"> ja koostöö eest.</w:t>
      </w:r>
      <w:r>
        <w:br/>
      </w:r>
      <w:r>
        <w:br/>
        <w:t xml:space="preserve">Käesolevate nõuete järgimine aitab tagada kiirema ja kvaliteetsema teeninduse </w:t>
      </w:r>
      <w:proofErr w:type="spellStart"/>
      <w:r>
        <w:t>ning</w:t>
      </w:r>
      <w:proofErr w:type="spellEnd"/>
      <w:r>
        <w:t xml:space="preserve"> </w:t>
      </w:r>
      <w:proofErr w:type="spellStart"/>
      <w:r>
        <w:t>seadme</w:t>
      </w:r>
      <w:proofErr w:type="spellEnd"/>
      <w:r>
        <w:t xml:space="preserve"> </w:t>
      </w:r>
      <w:proofErr w:type="spellStart"/>
      <w:r>
        <w:t>ohutu</w:t>
      </w:r>
      <w:proofErr w:type="spellEnd"/>
      <w:r>
        <w:t xml:space="preserve"> </w:t>
      </w:r>
      <w:proofErr w:type="spellStart"/>
      <w:r>
        <w:t>käsitlemise</w:t>
      </w:r>
      <w:proofErr w:type="spellEnd"/>
      <w:r>
        <w:t>.</w:t>
      </w:r>
      <w:r w:rsidR="00786109" w:rsidRPr="00786109">
        <w:rPr>
          <w:rFonts w:ascii="Times New Roman" w:eastAsia="Times New Roman" w:hAnsi="Times New Roman" w:cs="Times New Roman"/>
          <w:sz w:val="24"/>
          <w:szCs w:val="24"/>
        </w:rPr>
        <w:t xml:space="preserve"> </w:t>
      </w:r>
    </w:p>
    <w:sectPr w:rsidR="007963C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oendi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oendi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oenditpp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oenditpp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oendi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oenditpp"/>
      <w:lvlText w:val=""/>
      <w:lvlJc w:val="left"/>
      <w:pPr>
        <w:tabs>
          <w:tab w:val="num" w:pos="360"/>
        </w:tabs>
        <w:ind w:left="360" w:hanging="360"/>
      </w:pPr>
      <w:rPr>
        <w:rFonts w:ascii="Symbol" w:hAnsi="Symbol" w:hint="default"/>
      </w:rPr>
    </w:lvl>
  </w:abstractNum>
  <w:num w:numId="1" w16cid:durableId="851383471">
    <w:abstractNumId w:val="8"/>
  </w:num>
  <w:num w:numId="2" w16cid:durableId="2120100561">
    <w:abstractNumId w:val="6"/>
  </w:num>
  <w:num w:numId="3" w16cid:durableId="1236744119">
    <w:abstractNumId w:val="5"/>
  </w:num>
  <w:num w:numId="4" w16cid:durableId="1745565169">
    <w:abstractNumId w:val="4"/>
  </w:num>
  <w:num w:numId="5" w16cid:durableId="806513072">
    <w:abstractNumId w:val="7"/>
  </w:num>
  <w:num w:numId="6" w16cid:durableId="123158611">
    <w:abstractNumId w:val="3"/>
  </w:num>
  <w:num w:numId="7" w16cid:durableId="2144928002">
    <w:abstractNumId w:val="2"/>
  </w:num>
  <w:num w:numId="8" w16cid:durableId="1469318182">
    <w:abstractNumId w:val="1"/>
  </w:num>
  <w:num w:numId="9" w16cid:durableId="1195772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6E0946"/>
    <w:rsid w:val="00786109"/>
    <w:rsid w:val="007963C8"/>
    <w:rsid w:val="00AA1D8D"/>
    <w:rsid w:val="00B47730"/>
    <w:rsid w:val="00BA07F4"/>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A3957D7"/>
  <w14:defaultImageDpi w14:val="300"/>
  <w15:docId w15:val="{C9CB6760-E46E-486A-9F84-A7EB530B5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laad">
    <w:name w:val="Normal"/>
    <w:qFormat/>
    <w:rsid w:val="00FC693F"/>
  </w:style>
  <w:style w:type="paragraph" w:styleId="Pealkiri1">
    <w:name w:val="heading 1"/>
    <w:basedOn w:val="Normaallaad"/>
    <w:next w:val="Normaallaad"/>
    <w:link w:val="Pealkiri1Mrk"/>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Pealkiri2">
    <w:name w:val="heading 2"/>
    <w:basedOn w:val="Normaallaad"/>
    <w:next w:val="Normaallaad"/>
    <w:link w:val="Pealkiri2Mrk"/>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Pealkiri3">
    <w:name w:val="heading 3"/>
    <w:basedOn w:val="Normaallaad"/>
    <w:next w:val="Normaallaad"/>
    <w:link w:val="Pealkiri3Mrk"/>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Pealkiri4">
    <w:name w:val="heading 4"/>
    <w:basedOn w:val="Normaallaad"/>
    <w:next w:val="Normaallaad"/>
    <w:link w:val="Pealkiri4Mrk"/>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Pealkiri5">
    <w:name w:val="heading 5"/>
    <w:basedOn w:val="Normaallaad"/>
    <w:next w:val="Normaallaad"/>
    <w:link w:val="Pealkiri5Mrk"/>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Pealkiri6">
    <w:name w:val="heading 6"/>
    <w:basedOn w:val="Normaallaad"/>
    <w:next w:val="Normaallaad"/>
    <w:link w:val="Pealkiri6Mrk"/>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Pealkiri7">
    <w:name w:val="heading 7"/>
    <w:basedOn w:val="Normaallaad"/>
    <w:next w:val="Normaallaad"/>
    <w:link w:val="Pealkiri7Mrk"/>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Pealkiri8">
    <w:name w:val="heading 8"/>
    <w:basedOn w:val="Normaallaad"/>
    <w:next w:val="Normaallaad"/>
    <w:link w:val="Pealkiri8Mrk"/>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Pealkiri9">
    <w:name w:val="heading 9"/>
    <w:basedOn w:val="Normaallaad"/>
    <w:next w:val="Normaallaad"/>
    <w:link w:val="Pealkiri9Mrk"/>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Liguvaikefont">
    <w:name w:val="Default Paragraph Font"/>
    <w:uiPriority w:val="1"/>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paragraph" w:styleId="Pis">
    <w:name w:val="header"/>
    <w:basedOn w:val="Normaallaad"/>
    <w:link w:val="PisMrk"/>
    <w:uiPriority w:val="99"/>
    <w:unhideWhenUsed/>
    <w:rsid w:val="00E618BF"/>
    <w:pPr>
      <w:tabs>
        <w:tab w:val="center" w:pos="4680"/>
        <w:tab w:val="right" w:pos="9360"/>
      </w:tabs>
      <w:spacing w:after="0" w:line="240" w:lineRule="auto"/>
    </w:pPr>
  </w:style>
  <w:style w:type="character" w:customStyle="1" w:styleId="PisMrk">
    <w:name w:val="Päis Märk"/>
    <w:basedOn w:val="Liguvaikefont"/>
    <w:link w:val="Pis"/>
    <w:uiPriority w:val="99"/>
    <w:rsid w:val="00E618BF"/>
  </w:style>
  <w:style w:type="paragraph" w:styleId="Jalus">
    <w:name w:val="footer"/>
    <w:basedOn w:val="Normaallaad"/>
    <w:link w:val="JalusMrk"/>
    <w:uiPriority w:val="99"/>
    <w:unhideWhenUsed/>
    <w:rsid w:val="00E618BF"/>
    <w:pPr>
      <w:tabs>
        <w:tab w:val="center" w:pos="4680"/>
        <w:tab w:val="right" w:pos="9360"/>
      </w:tabs>
      <w:spacing w:after="0" w:line="240" w:lineRule="auto"/>
    </w:pPr>
  </w:style>
  <w:style w:type="character" w:customStyle="1" w:styleId="JalusMrk">
    <w:name w:val="Jalus Märk"/>
    <w:basedOn w:val="Liguvaikefont"/>
    <w:link w:val="Jalus"/>
    <w:uiPriority w:val="99"/>
    <w:rsid w:val="00E618BF"/>
  </w:style>
  <w:style w:type="paragraph" w:styleId="Vahedeta">
    <w:name w:val="No Spacing"/>
    <w:uiPriority w:val="1"/>
    <w:qFormat/>
    <w:rsid w:val="00FC693F"/>
    <w:pPr>
      <w:spacing w:after="0" w:line="240" w:lineRule="auto"/>
    </w:pPr>
  </w:style>
  <w:style w:type="character" w:customStyle="1" w:styleId="Pealkiri1Mrk">
    <w:name w:val="Pealkiri 1 Märk"/>
    <w:basedOn w:val="Liguvaikefont"/>
    <w:link w:val="Pealkiri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Pealkiri2Mrk">
    <w:name w:val="Pealkiri 2 Märk"/>
    <w:basedOn w:val="Liguvaikefont"/>
    <w:link w:val="Pealkiri2"/>
    <w:uiPriority w:val="9"/>
    <w:rsid w:val="00FC693F"/>
    <w:rPr>
      <w:rFonts w:asciiTheme="majorHAnsi" w:eastAsiaTheme="majorEastAsia" w:hAnsiTheme="majorHAnsi" w:cstheme="majorBidi"/>
      <w:b/>
      <w:bCs/>
      <w:color w:val="4F81BD" w:themeColor="accent1"/>
      <w:sz w:val="26"/>
      <w:szCs w:val="26"/>
    </w:rPr>
  </w:style>
  <w:style w:type="character" w:customStyle="1" w:styleId="Pealkiri3Mrk">
    <w:name w:val="Pealkiri 3 Märk"/>
    <w:basedOn w:val="Liguvaikefont"/>
    <w:link w:val="Pealkiri3"/>
    <w:uiPriority w:val="9"/>
    <w:rsid w:val="00FC693F"/>
    <w:rPr>
      <w:rFonts w:asciiTheme="majorHAnsi" w:eastAsiaTheme="majorEastAsia" w:hAnsiTheme="majorHAnsi" w:cstheme="majorBidi"/>
      <w:b/>
      <w:bCs/>
      <w:color w:val="4F81BD" w:themeColor="accent1"/>
    </w:rPr>
  </w:style>
  <w:style w:type="paragraph" w:styleId="Pealkiri">
    <w:name w:val="Title"/>
    <w:basedOn w:val="Normaallaad"/>
    <w:next w:val="Normaallaad"/>
    <w:link w:val="PealkiriMrk"/>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ealkiriMrk">
    <w:name w:val="Pealkiri Märk"/>
    <w:basedOn w:val="Liguvaikefont"/>
    <w:link w:val="Pealkiri"/>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lapealkiri">
    <w:name w:val="Subtitle"/>
    <w:basedOn w:val="Normaallaad"/>
    <w:next w:val="Normaallaad"/>
    <w:link w:val="AlapealkiriMrk"/>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apealkiriMrk">
    <w:name w:val="Alapealkiri Märk"/>
    <w:basedOn w:val="Liguvaikefont"/>
    <w:link w:val="Alapealkiri"/>
    <w:uiPriority w:val="11"/>
    <w:rsid w:val="00FC693F"/>
    <w:rPr>
      <w:rFonts w:asciiTheme="majorHAnsi" w:eastAsiaTheme="majorEastAsia" w:hAnsiTheme="majorHAnsi" w:cstheme="majorBidi"/>
      <w:i/>
      <w:iCs/>
      <w:color w:val="4F81BD" w:themeColor="accent1"/>
      <w:spacing w:val="15"/>
      <w:sz w:val="24"/>
      <w:szCs w:val="24"/>
    </w:rPr>
  </w:style>
  <w:style w:type="paragraph" w:styleId="Loendilik">
    <w:name w:val="List Paragraph"/>
    <w:basedOn w:val="Normaallaad"/>
    <w:uiPriority w:val="34"/>
    <w:qFormat/>
    <w:rsid w:val="00FC693F"/>
    <w:pPr>
      <w:ind w:left="720"/>
      <w:contextualSpacing/>
    </w:pPr>
  </w:style>
  <w:style w:type="paragraph" w:styleId="Kehatekst">
    <w:name w:val="Body Text"/>
    <w:basedOn w:val="Normaallaad"/>
    <w:link w:val="KehatekstMrk"/>
    <w:uiPriority w:val="99"/>
    <w:unhideWhenUsed/>
    <w:rsid w:val="00AA1D8D"/>
    <w:pPr>
      <w:spacing w:after="120"/>
    </w:pPr>
  </w:style>
  <w:style w:type="character" w:customStyle="1" w:styleId="KehatekstMrk">
    <w:name w:val="Kehatekst Märk"/>
    <w:basedOn w:val="Liguvaikefont"/>
    <w:link w:val="Kehatekst"/>
    <w:uiPriority w:val="99"/>
    <w:rsid w:val="00AA1D8D"/>
  </w:style>
  <w:style w:type="paragraph" w:styleId="Kehatekst2">
    <w:name w:val="Body Text 2"/>
    <w:basedOn w:val="Normaallaad"/>
    <w:link w:val="Kehatekst2Mrk"/>
    <w:uiPriority w:val="99"/>
    <w:unhideWhenUsed/>
    <w:rsid w:val="00AA1D8D"/>
    <w:pPr>
      <w:spacing w:after="120" w:line="480" w:lineRule="auto"/>
    </w:pPr>
  </w:style>
  <w:style w:type="character" w:customStyle="1" w:styleId="Kehatekst2Mrk">
    <w:name w:val="Kehatekst 2 Märk"/>
    <w:basedOn w:val="Liguvaikefont"/>
    <w:link w:val="Kehatekst2"/>
    <w:uiPriority w:val="99"/>
    <w:rsid w:val="00AA1D8D"/>
  </w:style>
  <w:style w:type="paragraph" w:styleId="Kehatekst3">
    <w:name w:val="Body Text 3"/>
    <w:basedOn w:val="Normaallaad"/>
    <w:link w:val="Kehatekst3Mrk"/>
    <w:uiPriority w:val="99"/>
    <w:unhideWhenUsed/>
    <w:rsid w:val="00AA1D8D"/>
    <w:pPr>
      <w:spacing w:after="120"/>
    </w:pPr>
    <w:rPr>
      <w:sz w:val="16"/>
      <w:szCs w:val="16"/>
    </w:rPr>
  </w:style>
  <w:style w:type="character" w:customStyle="1" w:styleId="Kehatekst3Mrk">
    <w:name w:val="Kehatekst 3 Märk"/>
    <w:basedOn w:val="Liguvaikefont"/>
    <w:link w:val="Kehatekst3"/>
    <w:uiPriority w:val="99"/>
    <w:rsid w:val="00AA1D8D"/>
    <w:rPr>
      <w:sz w:val="16"/>
      <w:szCs w:val="16"/>
    </w:rPr>
  </w:style>
  <w:style w:type="paragraph" w:styleId="Loend">
    <w:name w:val="List"/>
    <w:basedOn w:val="Normaallaad"/>
    <w:uiPriority w:val="99"/>
    <w:unhideWhenUsed/>
    <w:rsid w:val="00AA1D8D"/>
    <w:pPr>
      <w:ind w:left="360" w:hanging="360"/>
      <w:contextualSpacing/>
    </w:pPr>
  </w:style>
  <w:style w:type="paragraph" w:styleId="Loend2">
    <w:name w:val="List 2"/>
    <w:basedOn w:val="Normaallaad"/>
    <w:uiPriority w:val="99"/>
    <w:unhideWhenUsed/>
    <w:rsid w:val="00326F90"/>
    <w:pPr>
      <w:ind w:left="720" w:hanging="360"/>
      <w:contextualSpacing/>
    </w:pPr>
  </w:style>
  <w:style w:type="paragraph" w:styleId="Loend3">
    <w:name w:val="List 3"/>
    <w:basedOn w:val="Normaallaad"/>
    <w:uiPriority w:val="99"/>
    <w:unhideWhenUsed/>
    <w:rsid w:val="00326F90"/>
    <w:pPr>
      <w:ind w:left="1080" w:hanging="360"/>
      <w:contextualSpacing/>
    </w:pPr>
  </w:style>
  <w:style w:type="paragraph" w:styleId="Loenditpp">
    <w:name w:val="List Bullet"/>
    <w:basedOn w:val="Normaallaad"/>
    <w:uiPriority w:val="99"/>
    <w:unhideWhenUsed/>
    <w:rsid w:val="00326F90"/>
    <w:pPr>
      <w:numPr>
        <w:numId w:val="1"/>
      </w:numPr>
      <w:contextualSpacing/>
    </w:pPr>
  </w:style>
  <w:style w:type="paragraph" w:styleId="Loenditpp2">
    <w:name w:val="List Bullet 2"/>
    <w:basedOn w:val="Normaallaad"/>
    <w:uiPriority w:val="99"/>
    <w:unhideWhenUsed/>
    <w:rsid w:val="00326F90"/>
    <w:pPr>
      <w:numPr>
        <w:numId w:val="2"/>
      </w:numPr>
      <w:contextualSpacing/>
    </w:pPr>
  </w:style>
  <w:style w:type="paragraph" w:styleId="Loenditpp3">
    <w:name w:val="List Bullet 3"/>
    <w:basedOn w:val="Normaallaad"/>
    <w:uiPriority w:val="99"/>
    <w:unhideWhenUsed/>
    <w:rsid w:val="00326F90"/>
    <w:pPr>
      <w:numPr>
        <w:numId w:val="3"/>
      </w:numPr>
      <w:contextualSpacing/>
    </w:pPr>
  </w:style>
  <w:style w:type="paragraph" w:styleId="Loendinumber">
    <w:name w:val="List Number"/>
    <w:basedOn w:val="Normaallaad"/>
    <w:uiPriority w:val="99"/>
    <w:unhideWhenUsed/>
    <w:rsid w:val="00326F90"/>
    <w:pPr>
      <w:numPr>
        <w:numId w:val="5"/>
      </w:numPr>
      <w:contextualSpacing/>
    </w:pPr>
  </w:style>
  <w:style w:type="paragraph" w:styleId="Loendinumber2">
    <w:name w:val="List Number 2"/>
    <w:basedOn w:val="Normaallaad"/>
    <w:uiPriority w:val="99"/>
    <w:unhideWhenUsed/>
    <w:rsid w:val="0029639D"/>
    <w:pPr>
      <w:numPr>
        <w:numId w:val="6"/>
      </w:numPr>
      <w:contextualSpacing/>
    </w:pPr>
  </w:style>
  <w:style w:type="paragraph" w:styleId="Loendinumber3">
    <w:name w:val="List Number 3"/>
    <w:basedOn w:val="Normaallaad"/>
    <w:uiPriority w:val="99"/>
    <w:unhideWhenUsed/>
    <w:rsid w:val="0029639D"/>
    <w:pPr>
      <w:numPr>
        <w:numId w:val="7"/>
      </w:numPr>
      <w:contextualSpacing/>
    </w:pPr>
  </w:style>
  <w:style w:type="paragraph" w:styleId="Loendijtk">
    <w:name w:val="List Continue"/>
    <w:basedOn w:val="Normaallaad"/>
    <w:uiPriority w:val="99"/>
    <w:unhideWhenUsed/>
    <w:rsid w:val="0029639D"/>
    <w:pPr>
      <w:spacing w:after="120"/>
      <w:ind w:left="360"/>
      <w:contextualSpacing/>
    </w:pPr>
  </w:style>
  <w:style w:type="paragraph" w:styleId="Loendijtk2">
    <w:name w:val="List Continue 2"/>
    <w:basedOn w:val="Normaallaad"/>
    <w:uiPriority w:val="99"/>
    <w:unhideWhenUsed/>
    <w:rsid w:val="0029639D"/>
    <w:pPr>
      <w:spacing w:after="120"/>
      <w:ind w:left="720"/>
      <w:contextualSpacing/>
    </w:pPr>
  </w:style>
  <w:style w:type="paragraph" w:styleId="Loendijtk3">
    <w:name w:val="List Continue 3"/>
    <w:basedOn w:val="Normaallaad"/>
    <w:uiPriority w:val="99"/>
    <w:unhideWhenUsed/>
    <w:rsid w:val="0029639D"/>
    <w:pPr>
      <w:spacing w:after="120"/>
      <w:ind w:left="1080"/>
      <w:contextualSpacing/>
    </w:pPr>
  </w:style>
  <w:style w:type="paragraph" w:styleId="Makrotekst">
    <w:name w:val="macro"/>
    <w:link w:val="MakrotekstMrk"/>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kstMrk">
    <w:name w:val="Makrotekst Märk"/>
    <w:basedOn w:val="Liguvaikefont"/>
    <w:link w:val="Makrotekst"/>
    <w:uiPriority w:val="99"/>
    <w:rsid w:val="0029639D"/>
    <w:rPr>
      <w:rFonts w:ascii="Courier" w:hAnsi="Courier"/>
      <w:sz w:val="20"/>
      <w:szCs w:val="20"/>
    </w:rPr>
  </w:style>
  <w:style w:type="paragraph" w:styleId="Tsitaat">
    <w:name w:val="Quote"/>
    <w:basedOn w:val="Normaallaad"/>
    <w:next w:val="Normaallaad"/>
    <w:link w:val="TsitaatMrk"/>
    <w:uiPriority w:val="29"/>
    <w:qFormat/>
    <w:rsid w:val="00FC693F"/>
    <w:rPr>
      <w:i/>
      <w:iCs/>
      <w:color w:val="000000" w:themeColor="text1"/>
    </w:rPr>
  </w:style>
  <w:style w:type="character" w:customStyle="1" w:styleId="TsitaatMrk">
    <w:name w:val="Tsitaat Märk"/>
    <w:basedOn w:val="Liguvaikefont"/>
    <w:link w:val="Tsitaat"/>
    <w:uiPriority w:val="29"/>
    <w:rsid w:val="00FC693F"/>
    <w:rPr>
      <w:i/>
      <w:iCs/>
      <w:color w:val="000000" w:themeColor="text1"/>
    </w:rPr>
  </w:style>
  <w:style w:type="character" w:customStyle="1" w:styleId="Pealkiri4Mrk">
    <w:name w:val="Pealkiri 4 Märk"/>
    <w:basedOn w:val="Liguvaikefont"/>
    <w:link w:val="Pealkiri4"/>
    <w:uiPriority w:val="9"/>
    <w:semiHidden/>
    <w:rsid w:val="00FC693F"/>
    <w:rPr>
      <w:rFonts w:asciiTheme="majorHAnsi" w:eastAsiaTheme="majorEastAsia" w:hAnsiTheme="majorHAnsi" w:cstheme="majorBidi"/>
      <w:b/>
      <w:bCs/>
      <w:i/>
      <w:iCs/>
      <w:color w:val="4F81BD" w:themeColor="accent1"/>
    </w:rPr>
  </w:style>
  <w:style w:type="character" w:customStyle="1" w:styleId="Pealkiri5Mrk">
    <w:name w:val="Pealkiri 5 Märk"/>
    <w:basedOn w:val="Liguvaikefont"/>
    <w:link w:val="Pealkiri5"/>
    <w:uiPriority w:val="9"/>
    <w:semiHidden/>
    <w:rsid w:val="00FC693F"/>
    <w:rPr>
      <w:rFonts w:asciiTheme="majorHAnsi" w:eastAsiaTheme="majorEastAsia" w:hAnsiTheme="majorHAnsi" w:cstheme="majorBidi"/>
      <w:color w:val="243F60" w:themeColor="accent1" w:themeShade="7F"/>
    </w:rPr>
  </w:style>
  <w:style w:type="character" w:customStyle="1" w:styleId="Pealkiri6Mrk">
    <w:name w:val="Pealkiri 6 Märk"/>
    <w:basedOn w:val="Liguvaikefont"/>
    <w:link w:val="Pealkiri6"/>
    <w:uiPriority w:val="9"/>
    <w:semiHidden/>
    <w:rsid w:val="00FC693F"/>
    <w:rPr>
      <w:rFonts w:asciiTheme="majorHAnsi" w:eastAsiaTheme="majorEastAsia" w:hAnsiTheme="majorHAnsi" w:cstheme="majorBidi"/>
      <w:i/>
      <w:iCs/>
      <w:color w:val="243F60" w:themeColor="accent1" w:themeShade="7F"/>
    </w:rPr>
  </w:style>
  <w:style w:type="character" w:customStyle="1" w:styleId="Pealkiri7Mrk">
    <w:name w:val="Pealkiri 7 Märk"/>
    <w:basedOn w:val="Liguvaikefont"/>
    <w:link w:val="Pealkiri7"/>
    <w:uiPriority w:val="9"/>
    <w:semiHidden/>
    <w:rsid w:val="00FC693F"/>
    <w:rPr>
      <w:rFonts w:asciiTheme="majorHAnsi" w:eastAsiaTheme="majorEastAsia" w:hAnsiTheme="majorHAnsi" w:cstheme="majorBidi"/>
      <w:i/>
      <w:iCs/>
      <w:color w:val="404040" w:themeColor="text1" w:themeTint="BF"/>
    </w:rPr>
  </w:style>
  <w:style w:type="character" w:customStyle="1" w:styleId="Pealkiri8Mrk">
    <w:name w:val="Pealkiri 8 Märk"/>
    <w:basedOn w:val="Liguvaikefont"/>
    <w:link w:val="Pealkiri8"/>
    <w:uiPriority w:val="9"/>
    <w:semiHidden/>
    <w:rsid w:val="00FC693F"/>
    <w:rPr>
      <w:rFonts w:asciiTheme="majorHAnsi" w:eastAsiaTheme="majorEastAsia" w:hAnsiTheme="majorHAnsi" w:cstheme="majorBidi"/>
      <w:color w:val="4F81BD" w:themeColor="accent1"/>
      <w:sz w:val="20"/>
      <w:szCs w:val="20"/>
    </w:rPr>
  </w:style>
  <w:style w:type="character" w:customStyle="1" w:styleId="Pealkiri9Mrk">
    <w:name w:val="Pealkiri 9 Märk"/>
    <w:basedOn w:val="Liguvaikefont"/>
    <w:link w:val="Pealkiri9"/>
    <w:uiPriority w:val="9"/>
    <w:semiHidden/>
    <w:rsid w:val="00FC693F"/>
    <w:rPr>
      <w:rFonts w:asciiTheme="majorHAnsi" w:eastAsiaTheme="majorEastAsia" w:hAnsiTheme="majorHAnsi" w:cstheme="majorBidi"/>
      <w:i/>
      <w:iCs/>
      <w:color w:val="404040" w:themeColor="text1" w:themeTint="BF"/>
      <w:sz w:val="20"/>
      <w:szCs w:val="20"/>
    </w:rPr>
  </w:style>
  <w:style w:type="paragraph" w:styleId="Pealdis">
    <w:name w:val="caption"/>
    <w:basedOn w:val="Normaallaad"/>
    <w:next w:val="Normaallaad"/>
    <w:uiPriority w:val="35"/>
    <w:semiHidden/>
    <w:unhideWhenUsed/>
    <w:qFormat/>
    <w:rsid w:val="00FC693F"/>
    <w:pPr>
      <w:spacing w:line="240" w:lineRule="auto"/>
    </w:pPr>
    <w:rPr>
      <w:b/>
      <w:bCs/>
      <w:color w:val="4F81BD" w:themeColor="accent1"/>
      <w:sz w:val="18"/>
      <w:szCs w:val="18"/>
    </w:rPr>
  </w:style>
  <w:style w:type="character" w:styleId="Tugev">
    <w:name w:val="Strong"/>
    <w:basedOn w:val="Liguvaikefont"/>
    <w:uiPriority w:val="22"/>
    <w:qFormat/>
    <w:rsid w:val="00FC693F"/>
    <w:rPr>
      <w:b/>
      <w:bCs/>
    </w:rPr>
  </w:style>
  <w:style w:type="character" w:styleId="Rhutus">
    <w:name w:val="Emphasis"/>
    <w:basedOn w:val="Liguvaikefont"/>
    <w:uiPriority w:val="20"/>
    <w:qFormat/>
    <w:rsid w:val="00FC693F"/>
    <w:rPr>
      <w:i/>
      <w:iCs/>
    </w:rPr>
  </w:style>
  <w:style w:type="paragraph" w:styleId="Selgeltmrgatavtsitaat">
    <w:name w:val="Intense Quote"/>
    <w:basedOn w:val="Normaallaad"/>
    <w:next w:val="Normaallaad"/>
    <w:link w:val="SelgeltmrgatavtsitaatMrk"/>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SelgeltmrgatavtsitaatMrk">
    <w:name w:val="Selgelt märgatav tsitaat Märk"/>
    <w:basedOn w:val="Liguvaikefont"/>
    <w:link w:val="Selgeltmrgatavtsitaat"/>
    <w:uiPriority w:val="30"/>
    <w:rsid w:val="00FC693F"/>
    <w:rPr>
      <w:b/>
      <w:bCs/>
      <w:i/>
      <w:iCs/>
      <w:color w:val="4F81BD" w:themeColor="accent1"/>
    </w:rPr>
  </w:style>
  <w:style w:type="character" w:styleId="Vaevumrgatavrhutus">
    <w:name w:val="Subtle Emphasis"/>
    <w:basedOn w:val="Liguvaikefont"/>
    <w:uiPriority w:val="19"/>
    <w:qFormat/>
    <w:rsid w:val="00FC693F"/>
    <w:rPr>
      <w:i/>
      <w:iCs/>
      <w:color w:val="808080" w:themeColor="text1" w:themeTint="7F"/>
    </w:rPr>
  </w:style>
  <w:style w:type="character" w:styleId="Selgeltmrgatavrhutus">
    <w:name w:val="Intense Emphasis"/>
    <w:basedOn w:val="Liguvaikefont"/>
    <w:uiPriority w:val="21"/>
    <w:qFormat/>
    <w:rsid w:val="00FC693F"/>
    <w:rPr>
      <w:b/>
      <w:bCs/>
      <w:i/>
      <w:iCs/>
      <w:color w:val="4F81BD" w:themeColor="accent1"/>
    </w:rPr>
  </w:style>
  <w:style w:type="character" w:styleId="Vaevumrgatavviide">
    <w:name w:val="Subtle Reference"/>
    <w:basedOn w:val="Liguvaikefont"/>
    <w:uiPriority w:val="31"/>
    <w:qFormat/>
    <w:rsid w:val="00FC693F"/>
    <w:rPr>
      <w:smallCaps/>
      <w:color w:val="C0504D" w:themeColor="accent2"/>
      <w:u w:val="single"/>
    </w:rPr>
  </w:style>
  <w:style w:type="character" w:styleId="Selgeltmrgatavviide">
    <w:name w:val="Intense Reference"/>
    <w:basedOn w:val="Liguvaikefont"/>
    <w:uiPriority w:val="32"/>
    <w:qFormat/>
    <w:rsid w:val="00FC693F"/>
    <w:rPr>
      <w:b/>
      <w:bCs/>
      <w:smallCaps/>
      <w:color w:val="C0504D" w:themeColor="accent2"/>
      <w:spacing w:val="5"/>
      <w:u w:val="single"/>
    </w:rPr>
  </w:style>
  <w:style w:type="character" w:styleId="Raamatupealkiri">
    <w:name w:val="Book Title"/>
    <w:basedOn w:val="Liguvaikefont"/>
    <w:uiPriority w:val="33"/>
    <w:qFormat/>
    <w:rsid w:val="00FC693F"/>
    <w:rPr>
      <w:b/>
      <w:bCs/>
      <w:smallCaps/>
      <w:spacing w:val="5"/>
    </w:rPr>
  </w:style>
  <w:style w:type="paragraph" w:styleId="Sisukorrapealkiri">
    <w:name w:val="TOC Heading"/>
    <w:basedOn w:val="Pealkiri1"/>
    <w:next w:val="Normaallaad"/>
    <w:uiPriority w:val="39"/>
    <w:semiHidden/>
    <w:unhideWhenUsed/>
    <w:qFormat/>
    <w:rsid w:val="00FC693F"/>
    <w:pPr>
      <w:outlineLvl w:val="9"/>
    </w:pPr>
  </w:style>
  <w:style w:type="table" w:styleId="Kontuurtabel">
    <w:name w:val="Table Grid"/>
    <w:basedOn w:val="Normaaltabe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evarjustus">
    <w:name w:val="Light Shading"/>
    <w:basedOn w:val="Normaaltabe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evarjustusrhk1">
    <w:name w:val="Light Shading Accent 1"/>
    <w:basedOn w:val="Normaaltabe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evarjustusrhk2">
    <w:name w:val="Light Shading Accent 2"/>
    <w:basedOn w:val="Normaaltabe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evarjustusrhk3">
    <w:name w:val="Light Shading Accent 3"/>
    <w:basedOn w:val="Normaaltabe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evarjustusrhk4">
    <w:name w:val="Light Shading Accent 4"/>
    <w:basedOn w:val="Normaaltabe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evarjustusrhk5">
    <w:name w:val="Light Shading Accent 5"/>
    <w:basedOn w:val="Normaaltabe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evarjustusrhk6">
    <w:name w:val="Light Shading Accent 6"/>
    <w:basedOn w:val="Normaaltabe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eloend">
    <w:name w:val="Light List"/>
    <w:basedOn w:val="Normaaltabe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eloendrhk1">
    <w:name w:val="Light List Accent 1"/>
    <w:basedOn w:val="Normaaltabe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eloendrhk2">
    <w:name w:val="Light List Accent 2"/>
    <w:basedOn w:val="Normaaltabe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eloendrhk3">
    <w:name w:val="Light List Accent 3"/>
    <w:basedOn w:val="Normaaltabe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eloendrhk4">
    <w:name w:val="Light List Accent 4"/>
    <w:basedOn w:val="Normaaltabe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eloendrhk5">
    <w:name w:val="Light List Accent 5"/>
    <w:basedOn w:val="Normaaltabe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eloendrhk6">
    <w:name w:val="Light List Accent 6"/>
    <w:basedOn w:val="Normaaltabe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ekoordinaatvrk">
    <w:name w:val="Light Grid"/>
    <w:basedOn w:val="Normaaltabe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ekoordinaatvrkrhk1">
    <w:name w:val="Light Grid Accent 1"/>
    <w:basedOn w:val="Normaaltabe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ekoordinaatvrkrhk2">
    <w:name w:val="Light Grid Accent 2"/>
    <w:basedOn w:val="Normaaltabe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ekoordinaatvrkrhk3">
    <w:name w:val="Light Grid Accent 3"/>
    <w:basedOn w:val="Normaaltabe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ekoordinaatvrkrhk4">
    <w:name w:val="Light Grid Accent 4"/>
    <w:basedOn w:val="Normaaltabe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ekoordinaatvrkrhk5">
    <w:name w:val="Light Grid Accent 5"/>
    <w:basedOn w:val="Normaaltabe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ekoordinaatvrkrhk6">
    <w:name w:val="Light Grid Accent 6"/>
    <w:basedOn w:val="Normaaltabe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Keskminevarjustus1">
    <w:name w:val="Medium Shading 1"/>
    <w:basedOn w:val="Normaaltabe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Keskminevarjustus1rhk1">
    <w:name w:val="Medium Shading 1 Accent 1"/>
    <w:basedOn w:val="Normaaltabe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Keskminevarjustus1rhk2">
    <w:name w:val="Medium Shading 1 Accent 2"/>
    <w:basedOn w:val="Normaaltabe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Keskminevarjustus1rhk3">
    <w:name w:val="Medium Shading 1 Accent 3"/>
    <w:basedOn w:val="Normaaltabe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Keskminevarjustus1rhk4">
    <w:name w:val="Medium Shading 1 Accent 4"/>
    <w:basedOn w:val="Normaaltabe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Keskminevarjustus1rhk5">
    <w:name w:val="Medium Shading 1 Accent 5"/>
    <w:basedOn w:val="Normaaltabe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Keskminevarjustus1rhk6">
    <w:name w:val="Medium Shading 1 Accent 6"/>
    <w:basedOn w:val="Normaaltabe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Keskminevarjustus2">
    <w:name w:val="Medium Shading 2"/>
    <w:basedOn w:val="Normaal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eskminevarjustus2rhk1">
    <w:name w:val="Medium Shading 2 Accent 1"/>
    <w:basedOn w:val="Normaal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eskminevarjustus2rhk2">
    <w:name w:val="Medium Shading 2 Accent 2"/>
    <w:basedOn w:val="Normaal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eskminevarjustus2rhk3">
    <w:name w:val="Medium Shading 2 Accent 3"/>
    <w:basedOn w:val="Normaal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eskminevarjustus2rhk4">
    <w:name w:val="Medium Shading 2 Accent 4"/>
    <w:basedOn w:val="Normaal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eskminevarjustus2rhk5">
    <w:name w:val="Medium Shading 2 Accent 5"/>
    <w:basedOn w:val="Normaal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eskminevarjustus2rhk6">
    <w:name w:val="Medium Shading 2 Accent 6"/>
    <w:basedOn w:val="Normaal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eskmineloend1">
    <w:name w:val="Medium List 1"/>
    <w:basedOn w:val="Normaaltabe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Keskmineloend1rhk1">
    <w:name w:val="Medium List 1 Accent 1"/>
    <w:basedOn w:val="Normaaltabe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Keskmineloend1rhk2">
    <w:name w:val="Medium List 1 Accent 2"/>
    <w:basedOn w:val="Normaaltabe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Keskmineloend1rhk3">
    <w:name w:val="Medium List 1 Accent 3"/>
    <w:basedOn w:val="Normaaltabe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Keskmineloend1rhk4">
    <w:name w:val="Medium List 1 Accent 4"/>
    <w:basedOn w:val="Normaaltabe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Keskmineloend1rhk5">
    <w:name w:val="Medium List 1 Accent 5"/>
    <w:basedOn w:val="Normaaltabe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Keskmineloend1rhk6">
    <w:name w:val="Medium List 1 Accent 6"/>
    <w:basedOn w:val="Normaaltabe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Keskmineloend2">
    <w:name w:val="Medium List 2"/>
    <w:basedOn w:val="Normaal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Keskmineloend2rhk1">
    <w:name w:val="Medium List 2 Accent 1"/>
    <w:basedOn w:val="Normaal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Keskmineloend2rhk2">
    <w:name w:val="Medium List 2 Accent 2"/>
    <w:basedOn w:val="Normaal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Keskmineloend2rhk3">
    <w:name w:val="Medium List 2 Accent 3"/>
    <w:basedOn w:val="Normaal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Keskmineloend2rhk4">
    <w:name w:val="Medium List 2 Accent 4"/>
    <w:basedOn w:val="Normaal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Keskmineloend2rhk5">
    <w:name w:val="Medium List 2 Accent 5"/>
    <w:basedOn w:val="Normaal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Keskmineloend2rhk6">
    <w:name w:val="Medium List 2 Accent 6"/>
    <w:basedOn w:val="Normaal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Keskminekoordinaatvrk1">
    <w:name w:val="Medium Grid 1"/>
    <w:basedOn w:val="Normaaltabe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eskminekoordinaatvrk1rhk1">
    <w:name w:val="Medium Grid 1 Accent 1"/>
    <w:basedOn w:val="Normaaltabe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eskminekoordinaatvrk1rhk2">
    <w:name w:val="Medium Grid 1 Accent 2"/>
    <w:basedOn w:val="Normaaltabe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eskminekoordinaatvrk1rhk3">
    <w:name w:val="Medium Grid 1 Accent 3"/>
    <w:basedOn w:val="Normaaltabe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eskminekoordinaatvrk1rhk4">
    <w:name w:val="Medium Grid 1 Accent 4"/>
    <w:basedOn w:val="Normaaltabe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eskminekoordinaatvrk1rhk5">
    <w:name w:val="Medium Grid 1 Accent 5"/>
    <w:basedOn w:val="Normaaltabe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eskminekoordinaatvrk1rhk6">
    <w:name w:val="Medium Grid 1 Accent 6"/>
    <w:basedOn w:val="Normaaltabe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Keskminekoordinaatvrk2">
    <w:name w:val="Medium Grid 2"/>
    <w:basedOn w:val="Normaal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Keskminekoordinaatvrk2rhk1">
    <w:name w:val="Medium Grid 2 Accent 1"/>
    <w:basedOn w:val="Normaal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Keskminekoordinaatvrk2rhk2">
    <w:name w:val="Medium Grid 2 Accent 2"/>
    <w:basedOn w:val="Normaal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Keskminekoordinaatvrk2rhk3">
    <w:name w:val="Medium Grid 2 Accent 3"/>
    <w:basedOn w:val="Normaal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Keskminekoordinaatvrk2rhk4">
    <w:name w:val="Medium Grid 2 Accent 4"/>
    <w:basedOn w:val="Normaal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Keskminekoordinaatvrk2rhk5">
    <w:name w:val="Medium Grid 2 Accent 5"/>
    <w:basedOn w:val="Normaal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Keskminekoordinaatvrk2rhk6">
    <w:name w:val="Medium Grid 2 Accent 6"/>
    <w:basedOn w:val="Normaal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Keskminekoordinaatvrk3">
    <w:name w:val="Medium Grid 3"/>
    <w:basedOn w:val="Normaal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Keskminekoordinaatvrk3rhk1">
    <w:name w:val="Medium Grid 3 Accent 1"/>
    <w:basedOn w:val="Normaal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Keskminekoordinaatvrk3rhk2">
    <w:name w:val="Medium Grid 3 Accent 2"/>
    <w:basedOn w:val="Normaal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Keskminekoordinaatvrk3rhk3">
    <w:name w:val="Medium Grid 3 Accent 3"/>
    <w:basedOn w:val="Normaal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Keskminekoordinaatvrk3rhk4">
    <w:name w:val="Medium Grid 3 Accent 4"/>
    <w:basedOn w:val="Normaal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Keskminekoordinaatvrk3rhk5">
    <w:name w:val="Medium Grid 3 Accent 5"/>
    <w:basedOn w:val="Normaal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Keskminekoordinaatvrk3rhk6">
    <w:name w:val="Medium Grid 3 Accent 6"/>
    <w:basedOn w:val="Normaal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Tumeloend">
    <w:name w:val="Dark List"/>
    <w:basedOn w:val="Normaaltabe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umeloendrhk1">
    <w:name w:val="Dark List Accent 1"/>
    <w:basedOn w:val="Normaaltabe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Tumeloendrhk2">
    <w:name w:val="Dark List Accent 2"/>
    <w:basedOn w:val="Normaaltabe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Tumeloendrhk3">
    <w:name w:val="Dark List Accent 3"/>
    <w:basedOn w:val="Normaaltabe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Tumeloendrhk4">
    <w:name w:val="Dark List Accent 4"/>
    <w:basedOn w:val="Normaaltabe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Tumeloendrhk5">
    <w:name w:val="Dark List Accent 5"/>
    <w:basedOn w:val="Normaaltabe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Tumeloendrhk6">
    <w:name w:val="Dark List Accent 6"/>
    <w:basedOn w:val="Normaaltabe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Vrvilinevarjustus">
    <w:name w:val="Colorful Shading"/>
    <w:basedOn w:val="Normaal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Vrvilinevarjustusrhk1">
    <w:name w:val="Colorful Shading Accent 1"/>
    <w:basedOn w:val="Normaal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Vrvilinevarjustusrhk2">
    <w:name w:val="Colorful Shading Accent 2"/>
    <w:basedOn w:val="Normaal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Vrvilinevarjustusrhk3">
    <w:name w:val="Colorful Shading Accent 3"/>
    <w:basedOn w:val="Normaaltabe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Vrvilinevarjustusrhk4">
    <w:name w:val="Colorful Shading Accent 4"/>
    <w:basedOn w:val="Normaaltabe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Vrvilinevarjustusrhk5">
    <w:name w:val="Colorful Shading Accent 5"/>
    <w:basedOn w:val="Normaaltabe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Vrvilinevarjustusrhk6">
    <w:name w:val="Colorful Shading Accent 6"/>
    <w:basedOn w:val="Normaaltabe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Vrvilineloend">
    <w:name w:val="Colorful List"/>
    <w:basedOn w:val="Normaaltabe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Vrvilineloendrhk1">
    <w:name w:val="Colorful List Accent 1"/>
    <w:basedOn w:val="Normaaltabe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Vrvilineloendrhk2">
    <w:name w:val="Colorful List Accent 2"/>
    <w:basedOn w:val="Normaaltabe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Vrvilineloendrhk3">
    <w:name w:val="Colorful List Accent 3"/>
    <w:basedOn w:val="Normaaltabe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Vrvilineloendrhk4">
    <w:name w:val="Colorful List Accent 4"/>
    <w:basedOn w:val="Normaaltabe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Vrvilineloendrhk5">
    <w:name w:val="Colorful List Accent 5"/>
    <w:basedOn w:val="Normaaltabe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Vrvilineloendrhk6">
    <w:name w:val="Colorful List Accent 6"/>
    <w:basedOn w:val="Normaaltabe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Vrvilinekoordinaatvrk">
    <w:name w:val="Colorful Grid"/>
    <w:basedOn w:val="Normaal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Vrvilinekoordinaatvrkrhk1">
    <w:name w:val="Colorful Grid Accent 1"/>
    <w:basedOn w:val="Normaal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Vrvilinekoordinaatvrkrhk2">
    <w:name w:val="Colorful Grid Accent 2"/>
    <w:basedOn w:val="Normaal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Vrvilinekoordinaatvrkrhk3">
    <w:name w:val="Colorful Grid Accent 3"/>
    <w:basedOn w:val="Normaal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Vrvilinekoordinaatvrkrhk4">
    <w:name w:val="Colorful Grid Accent 4"/>
    <w:basedOn w:val="Normaal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Vrvilinekoordinaatvrkrhk5">
    <w:name w:val="Colorful Grid Accent 5"/>
    <w:basedOn w:val="Normaal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Vrvilinekoordinaatvrkrhk6">
    <w:name w:val="Colorful Grid Accent 6"/>
    <w:basedOn w:val="Normaal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allaadveeb">
    <w:name w:val="Normal (Web)"/>
    <w:basedOn w:val="Normaallaad"/>
    <w:uiPriority w:val="99"/>
    <w:semiHidden/>
    <w:unhideWhenUsed/>
    <w:rsid w:val="0078610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241</Words>
  <Characters>1379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1617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Erika Gering</cp:lastModifiedBy>
  <cp:revision>3</cp:revision>
  <dcterms:created xsi:type="dcterms:W3CDTF">2013-12-23T23:15:00Z</dcterms:created>
  <dcterms:modified xsi:type="dcterms:W3CDTF">2026-02-17T12:12:00Z</dcterms:modified>
  <cp:category/>
</cp:coreProperties>
</file>